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0AC" w:rsidRDefault="00DC293B">
      <w:pPr>
        <w:spacing w:after="40"/>
        <w:jc w:val="center"/>
      </w:pPr>
      <w:r>
        <w:rPr>
          <w:b/>
        </w:rPr>
        <w:t>ALLEGATO A</w:t>
      </w:r>
    </w:p>
    <w:p w:rsidR="006C40AC" w:rsidRDefault="00DC293B">
      <w:pPr>
        <w:spacing w:after="360"/>
        <w:jc w:val="center"/>
      </w:pPr>
      <w:r>
        <w:rPr>
          <w:b/>
          <w:sz w:val="26"/>
        </w:rPr>
        <w:t>MODELLO DI DOMANDA E AUTOCERTIFICAZIONE INTERPELLO</w:t>
      </w:r>
    </w:p>
    <w:p w:rsidR="00801D00" w:rsidRDefault="00801D00" w:rsidP="00801D00">
      <w:pPr>
        <w:spacing w:after="0"/>
        <w:ind w:left="4320"/>
        <w:jc w:val="right"/>
        <w:rPr>
          <w:b/>
        </w:rPr>
      </w:pPr>
      <w:r>
        <w:rPr>
          <w:b/>
        </w:rPr>
        <w:t xml:space="preserve">Al </w:t>
      </w:r>
      <w:proofErr w:type="spellStart"/>
      <w:r>
        <w:rPr>
          <w:b/>
        </w:rPr>
        <w:t>Dirigente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Scolastico</w:t>
      </w:r>
      <w:proofErr w:type="spellEnd"/>
      <w:r>
        <w:rPr>
          <w:b/>
        </w:rPr>
        <w:t xml:space="preserve"> </w:t>
      </w:r>
    </w:p>
    <w:p w:rsidR="006C40AC" w:rsidRDefault="00801D00" w:rsidP="00801D00">
      <w:pPr>
        <w:spacing w:after="0"/>
        <w:jc w:val="right"/>
        <w:rPr>
          <w:b/>
        </w:rPr>
      </w:pPr>
      <w:proofErr w:type="spellStart"/>
      <w:r>
        <w:rPr>
          <w:b/>
        </w:rPr>
        <w:t>dell’Istituto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d’Istruzione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Superiore</w:t>
      </w:r>
      <w:proofErr w:type="spellEnd"/>
      <w:r>
        <w:rPr>
          <w:b/>
        </w:rPr>
        <w:t xml:space="preserve"> “ R. </w:t>
      </w:r>
      <w:proofErr w:type="spellStart"/>
      <w:r>
        <w:rPr>
          <w:b/>
        </w:rPr>
        <w:t>d’Altavilla</w:t>
      </w:r>
      <w:proofErr w:type="spellEnd"/>
      <w:r>
        <w:rPr>
          <w:b/>
        </w:rPr>
        <w:t>”</w:t>
      </w:r>
    </w:p>
    <w:p w:rsidR="00801D00" w:rsidRDefault="00801D00" w:rsidP="00801D00">
      <w:pPr>
        <w:spacing w:after="0"/>
        <w:jc w:val="right"/>
      </w:pPr>
    </w:p>
    <w:p w:rsidR="00801D00" w:rsidRDefault="00DC293B" w:rsidP="00801D00">
      <w:pPr>
        <w:spacing w:before="120" w:after="0"/>
      </w:pPr>
      <w:r>
        <w:rPr>
          <w:b/>
        </w:rPr>
        <w:t xml:space="preserve">OGGETTO: </w:t>
      </w:r>
      <w:proofErr w:type="spellStart"/>
      <w:r>
        <w:t>Domanda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</w:t>
      </w:r>
      <w:proofErr w:type="spellStart"/>
      <w:r>
        <w:t>all'Int</w:t>
      </w:r>
      <w:r w:rsidR="00801D00">
        <w:t>erpello</w:t>
      </w:r>
      <w:proofErr w:type="spellEnd"/>
      <w:r w:rsidR="00801D00">
        <w:t xml:space="preserve"> per </w:t>
      </w:r>
      <w:proofErr w:type="spellStart"/>
      <w:r w:rsidR="00801D00">
        <w:t>il</w:t>
      </w:r>
      <w:proofErr w:type="spellEnd"/>
      <w:r w:rsidR="00801D00">
        <w:t xml:space="preserve"> </w:t>
      </w:r>
      <w:proofErr w:type="spellStart"/>
      <w:r w:rsidR="00801D00">
        <w:t>conferimento</w:t>
      </w:r>
      <w:proofErr w:type="spellEnd"/>
      <w:r w:rsidR="00801D00">
        <w:t xml:space="preserve"> </w:t>
      </w:r>
      <w:proofErr w:type="spellStart"/>
      <w:r w:rsidR="00801D00">
        <w:t>di</w:t>
      </w:r>
      <w:proofErr w:type="spellEnd"/>
      <w:r w:rsidR="00801D00">
        <w:t xml:space="preserve"> due </w:t>
      </w:r>
      <w:proofErr w:type="spellStart"/>
      <w:r w:rsidR="00801D00">
        <w:t>supplenze</w:t>
      </w:r>
      <w:proofErr w:type="spellEnd"/>
      <w:r w:rsidR="00801D00">
        <w:t xml:space="preserve"> </w:t>
      </w:r>
      <w:proofErr w:type="spellStart"/>
      <w:r w:rsidR="00801D00">
        <w:t>cattedre</w:t>
      </w:r>
      <w:proofErr w:type="spellEnd"/>
      <w:r w:rsidR="00801D00">
        <w:t xml:space="preserve"> Interne </w:t>
      </w:r>
      <w:r>
        <w:t xml:space="preserve"> </w:t>
      </w:r>
      <w:proofErr w:type="spellStart"/>
      <w:r>
        <w:t>fino</w:t>
      </w:r>
      <w:proofErr w:type="spellEnd"/>
      <w:r>
        <w:t xml:space="preserve"> al </w:t>
      </w:r>
      <w:r>
        <w:rPr>
          <w:b/>
        </w:rPr>
        <w:t>3</w:t>
      </w:r>
      <w:r w:rsidR="00C866E9">
        <w:rPr>
          <w:b/>
        </w:rPr>
        <w:t>1</w:t>
      </w:r>
      <w:r>
        <w:rPr>
          <w:b/>
        </w:rPr>
        <w:t xml:space="preserve"> </w:t>
      </w:r>
      <w:proofErr w:type="spellStart"/>
      <w:r w:rsidR="00C866E9">
        <w:rPr>
          <w:b/>
        </w:rPr>
        <w:t>agosto</w:t>
      </w:r>
      <w:proofErr w:type="spellEnd"/>
      <w:r>
        <w:rPr>
          <w:b/>
        </w:rPr>
        <w:t xml:space="preserve"> 2027</w:t>
      </w:r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Concorso</w:t>
      </w:r>
      <w:proofErr w:type="spellEnd"/>
      <w:r>
        <w:t xml:space="preserve"> </w:t>
      </w:r>
      <w:r>
        <w:rPr>
          <w:b/>
        </w:rPr>
        <w:t xml:space="preserve">A043 – </w:t>
      </w:r>
      <w:proofErr w:type="spellStart"/>
      <w:r>
        <w:rPr>
          <w:b/>
        </w:rPr>
        <w:t>Scienze</w:t>
      </w:r>
      <w:proofErr w:type="spellEnd"/>
      <w:r>
        <w:rPr>
          <w:b/>
        </w:rPr>
        <w:t xml:space="preserve"> e </w:t>
      </w:r>
      <w:proofErr w:type="spellStart"/>
      <w:r w:rsidR="00801D00">
        <w:rPr>
          <w:b/>
        </w:rPr>
        <w:t>tecnologie</w:t>
      </w:r>
      <w:proofErr w:type="spellEnd"/>
      <w:r w:rsidR="00801D00">
        <w:rPr>
          <w:b/>
        </w:rPr>
        <w:t xml:space="preserve"> </w:t>
      </w:r>
      <w:proofErr w:type="spellStart"/>
      <w:r w:rsidR="00801D00">
        <w:rPr>
          <w:b/>
        </w:rPr>
        <w:t>nautiche</w:t>
      </w:r>
      <w:proofErr w:type="spellEnd"/>
      <w:r w:rsidR="00801D00">
        <w:t>.</w:t>
      </w:r>
    </w:p>
    <w:p w:rsidR="006C40AC" w:rsidRDefault="006C40AC" w:rsidP="00801D00">
      <w:pPr>
        <w:spacing w:before="120" w:after="0"/>
      </w:pPr>
    </w:p>
    <w:p w:rsidR="006C40AC" w:rsidRDefault="00DC293B">
      <w:pPr>
        <w:spacing w:before="240" w:after="120"/>
      </w:pPr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>/a:</w:t>
      </w:r>
    </w:p>
    <w:p w:rsidR="006C40AC" w:rsidRDefault="00DC293B">
      <w:pPr>
        <w:spacing w:after="80"/>
      </w:pPr>
      <w:proofErr w:type="spellStart"/>
      <w:r>
        <w:t>Cognome</w:t>
      </w:r>
      <w:proofErr w:type="spellEnd"/>
      <w:r>
        <w:t xml:space="preserve"> e Nome: ___________________________________________________________</w:t>
      </w:r>
    </w:p>
    <w:p w:rsidR="006C40AC" w:rsidRDefault="00DC293B">
      <w:pPr>
        <w:spacing w:after="80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 _____________________________________________________________</w:t>
      </w:r>
    </w:p>
    <w:p w:rsidR="006C40AC" w:rsidRDefault="00DC293B">
      <w:pPr>
        <w:spacing w:after="80"/>
      </w:pPr>
      <w:proofErr w:type="spellStart"/>
      <w:r>
        <w:t>Nato</w:t>
      </w:r>
      <w:proofErr w:type="spellEnd"/>
      <w:r>
        <w:t xml:space="preserve">/a a: _________________________________ (Pr. ____) </w:t>
      </w:r>
      <w:proofErr w:type="spellStart"/>
      <w:r>
        <w:t>il</w:t>
      </w:r>
      <w:proofErr w:type="spellEnd"/>
      <w:r>
        <w:t xml:space="preserve"> ____/____/_________</w:t>
      </w:r>
    </w:p>
    <w:p w:rsidR="006C40AC" w:rsidRDefault="00DC293B">
      <w:pPr>
        <w:spacing w:after="80"/>
      </w:pPr>
      <w:proofErr w:type="spellStart"/>
      <w:r>
        <w:t>Residente</w:t>
      </w:r>
      <w:proofErr w:type="spellEnd"/>
      <w:r>
        <w:t xml:space="preserve"> a: ______________________________ (Pr. ____) Cap: _________________</w:t>
      </w:r>
    </w:p>
    <w:p w:rsidR="006C40AC" w:rsidRDefault="00DC293B">
      <w:pPr>
        <w:spacing w:after="80"/>
      </w:pPr>
      <w:r>
        <w:t>Via/Piazza: __________________________________________________ n. ___________</w:t>
      </w:r>
    </w:p>
    <w:p w:rsidR="006C40AC" w:rsidRDefault="00DC293B">
      <w:pPr>
        <w:spacing w:after="80"/>
      </w:pPr>
      <w:proofErr w:type="spellStart"/>
      <w:r>
        <w:t>Telefono</w:t>
      </w:r>
      <w:proofErr w:type="spellEnd"/>
      <w:r>
        <w:t>/</w:t>
      </w:r>
      <w:proofErr w:type="spellStart"/>
      <w:r>
        <w:t>Cellulare</w:t>
      </w:r>
      <w:proofErr w:type="spellEnd"/>
      <w:r>
        <w:t>: ____________________ E-mail: ___________________________</w:t>
      </w:r>
    </w:p>
    <w:p w:rsidR="006C40AC" w:rsidRDefault="00DC293B">
      <w:pPr>
        <w:spacing w:after="80"/>
      </w:pPr>
      <w:r>
        <w:t xml:space="preserve">PEC (se </w:t>
      </w:r>
      <w:proofErr w:type="spellStart"/>
      <w:r>
        <w:t>posseduta</w:t>
      </w:r>
      <w:proofErr w:type="spellEnd"/>
      <w:r>
        <w:t>): _______________________________________________________</w:t>
      </w:r>
    </w:p>
    <w:p w:rsidR="006C40AC" w:rsidRDefault="00DC293B">
      <w:pPr>
        <w:spacing w:before="240" w:after="240"/>
        <w:jc w:val="center"/>
      </w:pPr>
      <w:r>
        <w:rPr>
          <w:b/>
        </w:rPr>
        <w:t>CHIEDE</w:t>
      </w:r>
    </w:p>
    <w:p w:rsidR="00801D00" w:rsidRDefault="00DC293B" w:rsidP="00801D00">
      <w:pPr>
        <w:spacing w:after="0"/>
        <w:jc w:val="both"/>
        <w:rPr>
          <w:b/>
        </w:rPr>
      </w:pP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ammesso</w:t>
      </w:r>
      <w:proofErr w:type="spellEnd"/>
      <w:r>
        <w:t xml:space="preserve">/a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selezione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Interpello</w:t>
      </w:r>
      <w:proofErr w:type="spellEnd"/>
      <w:r>
        <w:t xml:space="preserve"> </w:t>
      </w:r>
      <w:proofErr w:type="spellStart"/>
      <w:r>
        <w:t>naz</w:t>
      </w:r>
      <w:r w:rsidR="00665690">
        <w:t>ionale</w:t>
      </w:r>
      <w:proofErr w:type="spellEnd"/>
      <w:r w:rsidR="00665690">
        <w:t xml:space="preserve"> per </w:t>
      </w:r>
      <w:proofErr w:type="spellStart"/>
      <w:r w:rsidR="00665690">
        <w:t>il</w:t>
      </w:r>
      <w:proofErr w:type="spellEnd"/>
      <w:r w:rsidR="00665690">
        <w:t xml:space="preserve"> </w:t>
      </w:r>
      <w:proofErr w:type="spellStart"/>
      <w:r w:rsidR="00665690">
        <w:t>conferimento</w:t>
      </w:r>
      <w:proofErr w:type="spellEnd"/>
      <w:r w:rsidR="00665690">
        <w:t xml:space="preserve"> </w:t>
      </w:r>
      <w:proofErr w:type="spellStart"/>
      <w:r w:rsidR="00665690">
        <w:t>delle</w:t>
      </w:r>
      <w:proofErr w:type="spellEnd"/>
      <w:r w:rsidR="00665690">
        <w:t xml:space="preserve"> </w:t>
      </w:r>
      <w:proofErr w:type="spellStart"/>
      <w:r w:rsidR="00665690">
        <w:t>supplenze</w:t>
      </w:r>
      <w:proofErr w:type="spellEnd"/>
      <w:r>
        <w:t xml:space="preserve"> </w:t>
      </w:r>
      <w:proofErr w:type="spellStart"/>
      <w:r>
        <w:t>so</w:t>
      </w:r>
      <w:r w:rsidR="00665690">
        <w:t>pra</w:t>
      </w:r>
      <w:proofErr w:type="spellEnd"/>
      <w:r w:rsidR="00665690">
        <w:t xml:space="preserve"> </w:t>
      </w:r>
      <w:proofErr w:type="spellStart"/>
      <w:r w:rsidR="00665690">
        <w:t>specificate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r w:rsidR="00801D00">
        <w:rPr>
          <w:b/>
        </w:rPr>
        <w:t>’</w:t>
      </w:r>
      <w:proofErr w:type="spellStart"/>
      <w:r w:rsidR="00801D00">
        <w:rPr>
          <w:b/>
        </w:rPr>
        <w:t>Istituto</w:t>
      </w:r>
      <w:proofErr w:type="spellEnd"/>
      <w:r w:rsidR="00801D00">
        <w:rPr>
          <w:b/>
        </w:rPr>
        <w:t xml:space="preserve"> </w:t>
      </w:r>
      <w:proofErr w:type="spellStart"/>
      <w:r w:rsidR="00801D00">
        <w:rPr>
          <w:b/>
        </w:rPr>
        <w:t>d’Istruzione</w:t>
      </w:r>
      <w:proofErr w:type="spellEnd"/>
      <w:r w:rsidR="00801D00">
        <w:rPr>
          <w:b/>
        </w:rPr>
        <w:t xml:space="preserve"> </w:t>
      </w:r>
      <w:proofErr w:type="spellStart"/>
      <w:r w:rsidR="00801D00">
        <w:rPr>
          <w:b/>
        </w:rPr>
        <w:t>Superiore</w:t>
      </w:r>
      <w:proofErr w:type="spellEnd"/>
      <w:r w:rsidR="00801D00">
        <w:rPr>
          <w:b/>
        </w:rPr>
        <w:t xml:space="preserve"> “ R. </w:t>
      </w:r>
      <w:proofErr w:type="spellStart"/>
      <w:r w:rsidR="00801D00">
        <w:rPr>
          <w:b/>
        </w:rPr>
        <w:t>d’Altavilla</w:t>
      </w:r>
      <w:proofErr w:type="spellEnd"/>
      <w:r w:rsidR="00801D00">
        <w:rPr>
          <w:b/>
        </w:rPr>
        <w:t>”</w:t>
      </w:r>
    </w:p>
    <w:p w:rsidR="006C40AC" w:rsidRDefault="00DC293B" w:rsidP="00801D00">
      <w:pPr>
        <w:spacing w:after="240"/>
        <w:jc w:val="both"/>
      </w:pPr>
      <w:r>
        <w:t xml:space="preserve">per </w:t>
      </w:r>
      <w:proofErr w:type="spellStart"/>
      <w:r>
        <w:t>l'anno</w:t>
      </w:r>
      <w:proofErr w:type="spellEnd"/>
      <w:r w:rsidR="00DE4CF9">
        <w:t xml:space="preserve"> </w:t>
      </w:r>
      <w:r>
        <w:t xml:space="preserve"> </w:t>
      </w:r>
      <w:proofErr w:type="spellStart"/>
      <w:r>
        <w:t>scolastico</w:t>
      </w:r>
      <w:proofErr w:type="spellEnd"/>
      <w:r>
        <w:t xml:space="preserve"> 2026/2027.</w:t>
      </w:r>
    </w:p>
    <w:p w:rsidR="006C40AC" w:rsidRDefault="00DC293B">
      <w:pPr>
        <w:spacing w:after="240"/>
        <w:jc w:val="center"/>
      </w:pPr>
      <w:r>
        <w:rPr>
          <w:b/>
        </w:rPr>
        <w:t>DICHIARAZIONE SOSTITUTIVA DI CERTIFICAZIONE</w:t>
      </w:r>
      <w:r>
        <w:rPr>
          <w:b/>
        </w:rPr>
        <w:br/>
        <w:t>(</w:t>
      </w:r>
      <w:proofErr w:type="spellStart"/>
      <w:r>
        <w:rPr>
          <w:b/>
        </w:rPr>
        <w:t>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artt</w:t>
      </w:r>
      <w:proofErr w:type="spellEnd"/>
      <w:r>
        <w:rPr>
          <w:b/>
        </w:rPr>
        <w:t xml:space="preserve">. 46 e 47 del D.P.R. 28 </w:t>
      </w:r>
      <w:proofErr w:type="spellStart"/>
      <w:r>
        <w:rPr>
          <w:b/>
        </w:rPr>
        <w:t>dicembre</w:t>
      </w:r>
      <w:proofErr w:type="spellEnd"/>
      <w:r>
        <w:rPr>
          <w:b/>
        </w:rPr>
        <w:t xml:space="preserve"> 2000, n. 445)</w:t>
      </w:r>
    </w:p>
    <w:p w:rsidR="006C40AC" w:rsidRDefault="00DC293B">
      <w:pPr>
        <w:spacing w:after="240"/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dall'art</w:t>
      </w:r>
      <w:proofErr w:type="spellEnd"/>
      <w:r>
        <w:t xml:space="preserve">. 76 del D.P.R. 445/2000 in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 o </w:t>
      </w:r>
      <w:proofErr w:type="spellStart"/>
      <w:r>
        <w:t>falsità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, sotto la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>,</w:t>
      </w:r>
    </w:p>
    <w:p w:rsidR="006C40AC" w:rsidRDefault="00DC293B">
      <w:pPr>
        <w:spacing w:after="120"/>
      </w:pPr>
      <w:r>
        <w:rPr>
          <w:b/>
        </w:rPr>
        <w:t>DICHIARA:</w:t>
      </w:r>
    </w:p>
    <w:p w:rsidR="006C40AC" w:rsidRDefault="00DC293B">
      <w:pPr>
        <w:spacing w:after="80"/>
      </w:pPr>
      <w:r>
        <w:t xml:space="preserve">1. [  ]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cittadino</w:t>
      </w:r>
      <w:proofErr w:type="spellEnd"/>
      <w:r>
        <w:t xml:space="preserve">/a </w:t>
      </w:r>
      <w:proofErr w:type="spellStart"/>
      <w:r>
        <w:t>italiano</w:t>
      </w:r>
      <w:proofErr w:type="spellEnd"/>
      <w:r>
        <w:t xml:space="preserve">/a o </w:t>
      </w:r>
      <w:proofErr w:type="spellStart"/>
      <w:r>
        <w:t>di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membri</w:t>
      </w:r>
      <w:proofErr w:type="spellEnd"/>
      <w:r>
        <w:t xml:space="preserve"> </w:t>
      </w:r>
      <w:proofErr w:type="spellStart"/>
      <w:r>
        <w:t>dell'Unione</w:t>
      </w:r>
      <w:proofErr w:type="spellEnd"/>
      <w:r>
        <w:t xml:space="preserve"> </w:t>
      </w:r>
      <w:proofErr w:type="spellStart"/>
      <w:r>
        <w:t>Europea</w:t>
      </w:r>
      <w:proofErr w:type="spellEnd"/>
      <w:r>
        <w:t>;</w:t>
      </w:r>
    </w:p>
    <w:p w:rsidR="006C40AC" w:rsidRDefault="00DC293B">
      <w:pPr>
        <w:spacing w:after="80"/>
      </w:pPr>
      <w:r>
        <w:t xml:space="preserve">2. [  ] </w:t>
      </w:r>
      <w:proofErr w:type="spellStart"/>
      <w:r>
        <w:t>di</w:t>
      </w:r>
      <w:proofErr w:type="spellEnd"/>
      <w:r>
        <w:t xml:space="preserve"> </w:t>
      </w:r>
      <w:proofErr w:type="spellStart"/>
      <w:r>
        <w:t>godere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e </w:t>
      </w:r>
      <w:proofErr w:type="spellStart"/>
      <w:r>
        <w:t>politici</w:t>
      </w:r>
      <w:proofErr w:type="spellEnd"/>
      <w:r>
        <w:t>;</w:t>
      </w:r>
    </w:p>
    <w:p w:rsidR="006C40AC" w:rsidRDefault="00DC293B">
      <w:pPr>
        <w:spacing w:after="80"/>
      </w:pPr>
      <w:r>
        <w:t xml:space="preserve">3. [  ] </w:t>
      </w:r>
      <w:proofErr w:type="spellStart"/>
      <w:r>
        <w:t>di</w:t>
      </w:r>
      <w:proofErr w:type="spellEnd"/>
      <w:r>
        <w:t xml:space="preserve"> non aver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e </w:t>
      </w:r>
      <w:proofErr w:type="spellStart"/>
      <w:r>
        <w:t>di</w:t>
      </w:r>
      <w:proofErr w:type="spellEnd"/>
      <w:r>
        <w:t xml:space="preserve">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pendenti</w:t>
      </w:r>
      <w:proofErr w:type="spellEnd"/>
      <w:r>
        <w:t>;</w:t>
      </w:r>
    </w:p>
    <w:p w:rsidR="006C40AC" w:rsidRDefault="00DC293B">
      <w:pPr>
        <w:spacing w:after="80"/>
      </w:pPr>
      <w:r>
        <w:t xml:space="preserve">4. [  ]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fisicamente</w:t>
      </w:r>
      <w:proofErr w:type="spellEnd"/>
      <w:r>
        <w:t xml:space="preserve"> </w:t>
      </w:r>
      <w:proofErr w:type="spellStart"/>
      <w:r>
        <w:t>idoneo</w:t>
      </w:r>
      <w:proofErr w:type="spellEnd"/>
      <w:r>
        <w:t xml:space="preserve">/a </w:t>
      </w:r>
      <w:proofErr w:type="spellStart"/>
      <w:r>
        <w:t>allo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funzioni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docente</w:t>
      </w:r>
      <w:proofErr w:type="spellEnd"/>
      <w:r>
        <w:t>;</w:t>
      </w:r>
    </w:p>
    <w:p w:rsidR="006C40AC" w:rsidRDefault="00DC293B">
      <w:pPr>
        <w:spacing w:after="80"/>
      </w:pPr>
      <w:r>
        <w:t xml:space="preserve">5. [  ] </w:t>
      </w:r>
      <w:proofErr w:type="spellStart"/>
      <w:r>
        <w:t>di</w:t>
      </w:r>
      <w:proofErr w:type="spellEnd"/>
      <w:r>
        <w:t xml:space="preserve"> NON aver </w:t>
      </w:r>
      <w:proofErr w:type="spellStart"/>
      <w:r>
        <w:t>accettato</w:t>
      </w:r>
      <w:proofErr w:type="spellEnd"/>
      <w:r>
        <w:t xml:space="preserve"> </w:t>
      </w:r>
      <w:proofErr w:type="spellStart"/>
      <w:r>
        <w:t>un'altra</w:t>
      </w:r>
      <w:proofErr w:type="spellEnd"/>
      <w:r>
        <w:t xml:space="preserve"> </w:t>
      </w:r>
      <w:proofErr w:type="spellStart"/>
      <w:r>
        <w:t>supplenza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stessa</w:t>
      </w:r>
      <w:proofErr w:type="spellEnd"/>
      <w:r>
        <w:t xml:space="preserve"> </w:t>
      </w:r>
      <w:proofErr w:type="spellStart"/>
      <w:r>
        <w:t>tipologia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corrente</w:t>
      </w:r>
      <w:proofErr w:type="spellEnd"/>
      <w:r>
        <w:t xml:space="preserve"> anno </w:t>
      </w:r>
      <w:proofErr w:type="spellStart"/>
      <w:r>
        <w:t>scolastico</w:t>
      </w:r>
      <w:proofErr w:type="spellEnd"/>
      <w:r>
        <w:t xml:space="preserve"> e </w:t>
      </w:r>
      <w:proofErr w:type="spellStart"/>
      <w:r>
        <w:t>di</w:t>
      </w:r>
      <w:proofErr w:type="spellEnd"/>
      <w:r>
        <w:t xml:space="preserve">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alcuna</w:t>
      </w:r>
      <w:proofErr w:type="spellEnd"/>
      <w:r>
        <w:t xml:space="preserve"> </w:t>
      </w:r>
      <w:proofErr w:type="spellStart"/>
      <w:r>
        <w:t>condizione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incompatibilità</w:t>
      </w:r>
      <w:proofErr w:type="spellEnd"/>
      <w:r>
        <w:t xml:space="preserve"> o </w:t>
      </w:r>
      <w:proofErr w:type="spellStart"/>
      <w:r>
        <w:t>sanzionatoria</w:t>
      </w:r>
      <w:proofErr w:type="spellEnd"/>
      <w:r>
        <w:t>;</w:t>
      </w:r>
    </w:p>
    <w:p w:rsidR="006C40AC" w:rsidRDefault="00DC293B">
      <w:pPr>
        <w:spacing w:after="80"/>
      </w:pPr>
      <w:r>
        <w:t xml:space="preserve">6. [  ]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del </w:t>
      </w:r>
      <w:proofErr w:type="spellStart"/>
      <w:r>
        <w:t>seguente</w:t>
      </w:r>
      <w:proofErr w:type="spellEnd"/>
      <w:r>
        <w:t xml:space="preserve"> TITOLO DI STUDIO </w:t>
      </w:r>
      <w:proofErr w:type="spellStart"/>
      <w:r>
        <w:t>idoneo</w:t>
      </w:r>
      <w:proofErr w:type="spellEnd"/>
      <w:r>
        <w:t xml:space="preserve"> </w:t>
      </w:r>
      <w:proofErr w:type="spellStart"/>
      <w:r>
        <w:t>all'accesso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concorso</w:t>
      </w:r>
      <w:proofErr w:type="spellEnd"/>
      <w:r>
        <w:t xml:space="preserve"> A043:</w:t>
      </w:r>
    </w:p>
    <w:p w:rsidR="006C40AC" w:rsidRDefault="00DC293B">
      <w:pPr>
        <w:spacing w:after="80"/>
        <w:ind w:left="576"/>
      </w:pPr>
      <w:r>
        <w:lastRenderedPageBreak/>
        <w:t xml:space="preserve">    - </w:t>
      </w:r>
      <w:proofErr w:type="spellStart"/>
      <w:r>
        <w:t>Tipologia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Laurea</w:t>
      </w:r>
      <w:proofErr w:type="spellEnd"/>
      <w:r>
        <w:t xml:space="preserve"> (</w:t>
      </w:r>
      <w:proofErr w:type="spellStart"/>
      <w:r>
        <w:t>Magistrale</w:t>
      </w:r>
      <w:proofErr w:type="spellEnd"/>
      <w:r>
        <w:t>/</w:t>
      </w:r>
      <w:proofErr w:type="spellStart"/>
      <w:r>
        <w:t>Specialistica</w:t>
      </w:r>
      <w:proofErr w:type="spellEnd"/>
      <w:r>
        <w:t>/</w:t>
      </w:r>
      <w:proofErr w:type="spellStart"/>
      <w:r>
        <w:t>Vecchio</w:t>
      </w:r>
      <w:proofErr w:type="spellEnd"/>
      <w:r>
        <w:t xml:space="preserve"> Ord.): ___________________________</w:t>
      </w:r>
    </w:p>
    <w:p w:rsidR="006C40AC" w:rsidRDefault="00DC293B">
      <w:pPr>
        <w:spacing w:after="80"/>
        <w:ind w:left="576"/>
      </w:pPr>
      <w:r>
        <w:t xml:space="preserve">    - </w:t>
      </w:r>
      <w:proofErr w:type="spellStart"/>
      <w:r>
        <w:t>Conseguita</w:t>
      </w:r>
      <w:proofErr w:type="spellEnd"/>
      <w:r>
        <w:t xml:space="preserve"> in data: ____/____/________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l'Università</w:t>
      </w:r>
      <w:proofErr w:type="spellEnd"/>
      <w:r>
        <w:t xml:space="preserve"> </w:t>
      </w:r>
      <w:proofErr w:type="spellStart"/>
      <w:r>
        <w:t>di</w:t>
      </w:r>
      <w:proofErr w:type="spellEnd"/>
      <w:r>
        <w:t>: _______________________</w:t>
      </w:r>
    </w:p>
    <w:p w:rsidR="006C40AC" w:rsidRDefault="00DC293B">
      <w:pPr>
        <w:spacing w:after="80"/>
        <w:ind w:left="576"/>
      </w:pPr>
      <w:r>
        <w:t xml:space="preserve">    - Con la </w:t>
      </w:r>
      <w:proofErr w:type="spellStart"/>
      <w:r>
        <w:t>votazione</w:t>
      </w:r>
      <w:proofErr w:type="spellEnd"/>
      <w:r>
        <w:t xml:space="preserve"> </w:t>
      </w:r>
      <w:proofErr w:type="spellStart"/>
      <w:r>
        <w:t>di</w:t>
      </w:r>
      <w:proofErr w:type="spellEnd"/>
      <w:r>
        <w:t>: ___________ / ___________</w:t>
      </w:r>
    </w:p>
    <w:p w:rsidR="006C40AC" w:rsidRDefault="00DC293B">
      <w:pPr>
        <w:spacing w:after="80"/>
        <w:ind w:left="576"/>
      </w:pPr>
      <w:r>
        <w:t xml:space="preserve">    - [  ] </w:t>
      </w:r>
      <w:proofErr w:type="spellStart"/>
      <w:r>
        <w:t>di</w:t>
      </w:r>
      <w:proofErr w:type="spellEnd"/>
      <w:r>
        <w:t xml:space="preserve"> aver </w:t>
      </w:r>
      <w:proofErr w:type="spellStart"/>
      <w:r>
        <w:t>inserito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piano </w:t>
      </w:r>
      <w:proofErr w:type="spellStart"/>
      <w:r>
        <w:t>di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CFU/</w:t>
      </w:r>
      <w:proofErr w:type="spellStart"/>
      <w:r>
        <w:t>esami</w:t>
      </w:r>
      <w:proofErr w:type="spellEnd"/>
      <w:r>
        <w:t xml:space="preserve"> </w:t>
      </w:r>
      <w:proofErr w:type="spellStart"/>
      <w:r>
        <w:t>richiesti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per </w:t>
      </w:r>
      <w:proofErr w:type="spellStart"/>
      <w:r>
        <w:t>l'insegnamento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A043 (</w:t>
      </w:r>
      <w:proofErr w:type="spellStart"/>
      <w:r>
        <w:t>specificati</w:t>
      </w:r>
      <w:proofErr w:type="spellEnd"/>
      <w:r>
        <w:t xml:space="preserve"> </w:t>
      </w:r>
      <w:proofErr w:type="spellStart"/>
      <w:r>
        <w:t>dettagliatamente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CV </w:t>
      </w:r>
      <w:proofErr w:type="spellStart"/>
      <w:r>
        <w:t>allegato</w:t>
      </w:r>
      <w:proofErr w:type="spellEnd"/>
      <w:r>
        <w:t>);</w:t>
      </w:r>
    </w:p>
    <w:p w:rsidR="006C40AC" w:rsidRDefault="00DC293B">
      <w:pPr>
        <w:spacing w:after="80"/>
      </w:pPr>
      <w:r>
        <w:t>7. [  ] (</w:t>
      </w:r>
      <w:proofErr w:type="spellStart"/>
      <w:r>
        <w:t>Opzionale</w:t>
      </w:r>
      <w:proofErr w:type="spellEnd"/>
      <w:r>
        <w:t xml:space="preserve">)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dell'ABILITAZIONE</w:t>
      </w:r>
      <w:proofErr w:type="spellEnd"/>
      <w:r>
        <w:t xml:space="preserve"> </w:t>
      </w:r>
      <w:proofErr w:type="spellStart"/>
      <w:r>
        <w:t>all'insegnamento</w:t>
      </w:r>
      <w:proofErr w:type="spellEnd"/>
      <w:r>
        <w:t xml:space="preserve"> per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concorso</w:t>
      </w:r>
      <w:proofErr w:type="spellEnd"/>
      <w:r>
        <w:t xml:space="preserve"> A043 </w:t>
      </w:r>
      <w:proofErr w:type="spellStart"/>
      <w:r>
        <w:t>conseguita</w:t>
      </w:r>
      <w:proofErr w:type="spellEnd"/>
      <w:r>
        <w:t xml:space="preserve"> in data ____/____/________;</w:t>
      </w:r>
    </w:p>
    <w:p w:rsidR="006C40AC" w:rsidRDefault="00DC293B">
      <w:pPr>
        <w:spacing w:after="80"/>
      </w:pPr>
      <w:r>
        <w:t xml:space="preserve">8. [  ]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incluso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Graduatorie</w:t>
      </w:r>
      <w:proofErr w:type="spellEnd"/>
      <w:r>
        <w:t xml:space="preserve"> </w:t>
      </w:r>
      <w:proofErr w:type="spellStart"/>
      <w:r>
        <w:t>Provinciali</w:t>
      </w:r>
      <w:proofErr w:type="spellEnd"/>
      <w:r>
        <w:t xml:space="preserve"> per le </w:t>
      </w:r>
      <w:proofErr w:type="spellStart"/>
      <w:r>
        <w:t>Supplenze</w:t>
      </w:r>
      <w:proofErr w:type="spellEnd"/>
      <w:r>
        <w:t xml:space="preserve"> (GPS) per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concorso</w:t>
      </w:r>
      <w:proofErr w:type="spellEnd"/>
      <w:r>
        <w:t xml:space="preserve"> _________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provincia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_________________ (</w:t>
      </w:r>
      <w:proofErr w:type="spellStart"/>
      <w:r>
        <w:t>specificare</w:t>
      </w:r>
      <w:proofErr w:type="spellEnd"/>
      <w:r>
        <w:t xml:space="preserve"> solo se </w:t>
      </w:r>
      <w:proofErr w:type="spellStart"/>
      <w:r>
        <w:t>iscritti</w:t>
      </w:r>
      <w:proofErr w:type="spellEnd"/>
      <w:r>
        <w:t xml:space="preserve"> in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provincia</w:t>
      </w:r>
      <w:proofErr w:type="spellEnd"/>
      <w:r>
        <w:t>).</w:t>
      </w:r>
    </w:p>
    <w:p w:rsidR="006C40AC" w:rsidRDefault="00DC293B">
      <w:pPr>
        <w:spacing w:before="240" w:after="120"/>
      </w:pPr>
      <w:r>
        <w:rPr>
          <w:b/>
        </w:rPr>
        <w:t xml:space="preserve">Si </w:t>
      </w:r>
      <w:proofErr w:type="spellStart"/>
      <w:r>
        <w:rPr>
          <w:b/>
        </w:rPr>
        <w:t>allegano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domanda</w:t>
      </w:r>
      <w:proofErr w:type="spellEnd"/>
      <w:r>
        <w:rPr>
          <w:b/>
        </w:rPr>
        <w:t>:</w:t>
      </w:r>
    </w:p>
    <w:p w:rsidR="006C40AC" w:rsidRDefault="00DC293B">
      <w:pPr>
        <w:spacing w:after="60"/>
      </w:pPr>
      <w:r>
        <w:t xml:space="preserve">- Curriculum Vitae in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</w:t>
      </w:r>
      <w:proofErr w:type="spellStart"/>
      <w:r>
        <w:t>datato</w:t>
      </w:r>
      <w:proofErr w:type="spellEnd"/>
      <w:r>
        <w:t xml:space="preserve"> e </w:t>
      </w:r>
      <w:proofErr w:type="spellStart"/>
      <w:r>
        <w:t>firmato</w:t>
      </w:r>
      <w:proofErr w:type="spellEnd"/>
      <w:r>
        <w:t xml:space="preserve">, </w:t>
      </w:r>
      <w:proofErr w:type="spellStart"/>
      <w:r>
        <w:t>contenente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dettaglio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esami</w:t>
      </w:r>
      <w:proofErr w:type="spellEnd"/>
      <w:r>
        <w:t>/CFU;</w:t>
      </w:r>
    </w:p>
    <w:p w:rsidR="006C40AC" w:rsidRDefault="00DC293B">
      <w:pPr>
        <w:spacing w:after="60"/>
      </w:pPr>
      <w:r>
        <w:t xml:space="preserve">-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fotostatica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un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validità</w:t>
      </w:r>
      <w:proofErr w:type="spellEnd"/>
      <w:r>
        <w:t>;</w:t>
      </w:r>
    </w:p>
    <w:p w:rsidR="006C40AC" w:rsidRDefault="00DC293B">
      <w:pPr>
        <w:spacing w:after="240"/>
      </w:pPr>
      <w:r>
        <w:t>- (</w:t>
      </w:r>
      <w:proofErr w:type="spellStart"/>
      <w:r>
        <w:t>Eventuale</w:t>
      </w:r>
      <w:proofErr w:type="spellEnd"/>
      <w:r>
        <w:t xml:space="preserve">)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documentazione</w:t>
      </w:r>
      <w:proofErr w:type="spellEnd"/>
      <w:r>
        <w:t xml:space="preserve"> utile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valutazione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titoli</w:t>
      </w:r>
      <w:proofErr w:type="spellEnd"/>
      <w:r>
        <w:t>.</w:t>
      </w:r>
    </w:p>
    <w:p w:rsidR="006C40AC" w:rsidRDefault="00DC293B">
      <w:pPr>
        <w:spacing w:after="480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esprime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del </w:t>
      </w:r>
      <w:proofErr w:type="spellStart"/>
      <w:r>
        <w:t>Regolamento</w:t>
      </w:r>
      <w:proofErr w:type="spellEnd"/>
      <w:r>
        <w:t xml:space="preserve"> UE 2016/679 (GDPR) e del </w:t>
      </w:r>
      <w:proofErr w:type="spellStart"/>
      <w:r>
        <w:t>D.Lgs</w:t>
      </w:r>
      <w:proofErr w:type="spellEnd"/>
      <w:r>
        <w:t xml:space="preserve">. 196/2003 e successive </w:t>
      </w:r>
      <w:proofErr w:type="spellStart"/>
      <w:r>
        <w:t>modifiche</w:t>
      </w:r>
      <w:proofErr w:type="spellEnd"/>
      <w:r>
        <w:t xml:space="preserve">, </w:t>
      </w:r>
      <w:proofErr w:type="spellStart"/>
      <w:r>
        <w:t>esclusivamente</w:t>
      </w:r>
      <w:proofErr w:type="spellEnd"/>
      <w:r>
        <w:t xml:space="preserve"> per le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interpello</w:t>
      </w:r>
      <w:proofErr w:type="spellEnd"/>
      <w:r>
        <w:t>.</w:t>
      </w:r>
    </w:p>
    <w:p w:rsidR="006C40AC" w:rsidRDefault="00DC293B">
      <w:pPr>
        <w:spacing w:before="240"/>
      </w:pPr>
      <w:proofErr w:type="spellStart"/>
      <w:r>
        <w:t>Luogo</w:t>
      </w:r>
      <w:proofErr w:type="spellEnd"/>
      <w:r>
        <w:t xml:space="preserve"> e Data: ______________________                                        Firma del </w:t>
      </w:r>
      <w:proofErr w:type="spellStart"/>
      <w:r>
        <w:t>Candidato</w:t>
      </w:r>
      <w:proofErr w:type="spellEnd"/>
      <w:r>
        <w:br/>
        <w:t xml:space="preserve">                                                                                 </w:t>
      </w:r>
      <w:r w:rsidR="003A2E06">
        <w:t xml:space="preserve">                    </w:t>
      </w:r>
      <w:r>
        <w:t xml:space="preserve">  ______________________</w:t>
      </w:r>
    </w:p>
    <w:sectPr w:rsidR="006C40AC" w:rsidSect="00801D00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A2E06"/>
    <w:rsid w:val="00486BAE"/>
    <w:rsid w:val="004B0865"/>
    <w:rsid w:val="004E0611"/>
    <w:rsid w:val="005E7FE8"/>
    <w:rsid w:val="00665690"/>
    <w:rsid w:val="006C40AC"/>
    <w:rsid w:val="00711768"/>
    <w:rsid w:val="0072059B"/>
    <w:rsid w:val="007212D7"/>
    <w:rsid w:val="00801D00"/>
    <w:rsid w:val="00846A40"/>
    <w:rsid w:val="008611DB"/>
    <w:rsid w:val="009D107F"/>
    <w:rsid w:val="00AA1D8D"/>
    <w:rsid w:val="00B202B2"/>
    <w:rsid w:val="00B47730"/>
    <w:rsid w:val="00B6133B"/>
    <w:rsid w:val="00C866E9"/>
    <w:rsid w:val="00CB0664"/>
    <w:rsid w:val="00DB1A33"/>
    <w:rsid w:val="00DC293B"/>
    <w:rsid w:val="00DE4CF9"/>
    <w:rsid w:val="00E34472"/>
    <w:rsid w:val="00E54E8C"/>
    <w:rsid w:val="00E66016"/>
    <w:rsid w:val="00ED6D66"/>
    <w:rsid w:val="00FC3AC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C7A017-9C5B-4B86-BDB6-FBD11390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Enza Burzotta</cp:lastModifiedBy>
  <cp:revision>4</cp:revision>
  <cp:lastPrinted>2026-10-21T10:02:00Z</cp:lastPrinted>
  <dcterms:created xsi:type="dcterms:W3CDTF">2026-10-21T10:08:00Z</dcterms:created>
  <dcterms:modified xsi:type="dcterms:W3CDTF">2026-10-21T10:39:00Z</dcterms:modified>
</cp:coreProperties>
</file>